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A1E0AC" w14:textId="77777777" w:rsidR="00E8326F" w:rsidRDefault="00000000">
      <w:pPr>
        <w:jc w:val="center"/>
      </w:pPr>
      <w:r>
        <w:rPr>
          <w:noProof/>
        </w:rPr>
        <w:drawing>
          <wp:inline distT="0" distB="0" distL="0" distR="0" wp14:anchorId="44825D11" wp14:editId="58391CBB">
            <wp:extent cx="2103120" cy="58446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(17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584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50AD0" w14:textId="77777777" w:rsidR="00E8326F" w:rsidRDefault="00000000">
      <w:pPr>
        <w:jc w:val="center"/>
      </w:pPr>
      <w:r>
        <w:rPr>
          <w:b/>
          <w:color w:val="0A486E"/>
          <w:sz w:val="48"/>
        </w:rPr>
        <w:t>SYNERGY WORLD PRESS</w:t>
      </w:r>
      <w:r>
        <w:rPr>
          <w:b/>
          <w:color w:val="0A486E"/>
          <w:sz w:val="48"/>
        </w:rPr>
        <w:br/>
      </w:r>
      <w:r>
        <w:rPr>
          <w:b/>
          <w:sz w:val="40"/>
        </w:rPr>
        <w:t>Edited Book Proposal Form</w:t>
      </w:r>
      <w:r>
        <w:rPr>
          <w:b/>
          <w:sz w:val="40"/>
        </w:rPr>
        <w:br/>
      </w:r>
      <w:r>
        <w:rPr>
          <w:i/>
          <w:sz w:val="24"/>
        </w:rPr>
        <w:t>Official Publisher Proposal Form</w:t>
      </w:r>
    </w:p>
    <w:p w14:paraId="4CECAFB8" w14:textId="77777777" w:rsidR="00E8326F" w:rsidRDefault="00000000">
      <w:r>
        <w:br w:type="page"/>
      </w:r>
    </w:p>
    <w:p w14:paraId="2F1DFDBC" w14:textId="77777777" w:rsidR="00E8326F" w:rsidRDefault="00000000">
      <w:pPr>
        <w:pStyle w:val="Heading1"/>
      </w:pPr>
      <w:r>
        <w:lastRenderedPageBreak/>
        <w:t>1. Proposal Information</w:t>
      </w:r>
    </w:p>
    <w:p w14:paraId="2C9BF19C" w14:textId="77777777" w:rsidR="00E8326F" w:rsidRDefault="00000000">
      <w:r>
        <w:rPr>
          <w:b/>
        </w:rPr>
        <w:t xml:space="preserve">Proposed Book Title: </w:t>
      </w:r>
      <w:r>
        <w:t>________________________________________________________________________________</w:t>
      </w:r>
    </w:p>
    <w:p w14:paraId="7590BF1E" w14:textId="77777777" w:rsidR="00E8326F" w:rsidRDefault="00000000">
      <w:r>
        <w:rPr>
          <w:b/>
        </w:rPr>
        <w:t xml:space="preserve">Subtitle: </w:t>
      </w:r>
      <w:r>
        <w:t>________________________________________________________________________________</w:t>
      </w:r>
    </w:p>
    <w:p w14:paraId="4D00CCBF" w14:textId="77777777" w:rsidR="00E8326F" w:rsidRDefault="00000000">
      <w:r>
        <w:rPr>
          <w:b/>
        </w:rPr>
        <w:t xml:space="preserve">Series (if applicable): </w:t>
      </w:r>
      <w:r>
        <w:t>________________________________________________________________________________</w:t>
      </w:r>
    </w:p>
    <w:p w14:paraId="32BB95FA" w14:textId="77777777" w:rsidR="00E8326F" w:rsidRDefault="00000000">
      <w:r>
        <w:rPr>
          <w:b/>
        </w:rPr>
        <w:t xml:space="preserve">Subject Area: </w:t>
      </w:r>
      <w:r>
        <w:t>________________________________________________________________________________</w:t>
      </w:r>
    </w:p>
    <w:p w14:paraId="61756272" w14:textId="77777777" w:rsidR="00E8326F" w:rsidRDefault="00000000">
      <w:r>
        <w:rPr>
          <w:b/>
        </w:rPr>
        <w:t xml:space="preserve">Keywords: </w:t>
      </w:r>
      <w:r>
        <w:t>________________________________________________________________________________</w:t>
      </w:r>
    </w:p>
    <w:p w14:paraId="6F4EAC51" w14:textId="77777777" w:rsidR="00E8326F" w:rsidRDefault="00000000">
      <w:r>
        <w:rPr>
          <w:b/>
        </w:rPr>
        <w:t xml:space="preserve">Expected Publication Date: </w:t>
      </w:r>
      <w:r>
        <w:t>________________________________________________________________________________</w:t>
      </w:r>
    </w:p>
    <w:p w14:paraId="383597C3" w14:textId="77777777" w:rsidR="00E8326F" w:rsidRDefault="00000000">
      <w:r>
        <w:rPr>
          <w:b/>
        </w:rPr>
        <w:t xml:space="preserve">Format (Print/eBook/Both): </w:t>
      </w:r>
      <w:r>
        <w:t>________________________________________________________________________________</w:t>
      </w:r>
    </w:p>
    <w:p w14:paraId="7B0BE2BC" w14:textId="77777777" w:rsidR="00E8326F" w:rsidRDefault="00000000">
      <w:pPr>
        <w:pStyle w:val="Heading1"/>
      </w:pPr>
      <w:r>
        <w:t>2. Lead Editor Information</w:t>
      </w:r>
    </w:p>
    <w:p w14:paraId="120650C4" w14:textId="77777777" w:rsidR="00E8326F" w:rsidRDefault="00000000">
      <w:r>
        <w:rPr>
          <w:b/>
        </w:rPr>
        <w:t xml:space="preserve">Full Name: </w:t>
      </w:r>
      <w:r>
        <w:t>________________________________________________________________________________</w:t>
      </w:r>
    </w:p>
    <w:p w14:paraId="17553C75" w14:textId="77777777" w:rsidR="00E8326F" w:rsidRDefault="00000000">
      <w:r>
        <w:rPr>
          <w:b/>
        </w:rPr>
        <w:t xml:space="preserve">Designation: </w:t>
      </w:r>
      <w:r>
        <w:t>________________________________________________________________________________</w:t>
      </w:r>
    </w:p>
    <w:p w14:paraId="3BFD1265" w14:textId="77777777" w:rsidR="00E8326F" w:rsidRDefault="00000000">
      <w:r>
        <w:rPr>
          <w:b/>
        </w:rPr>
        <w:t xml:space="preserve">Institution: </w:t>
      </w:r>
      <w:r>
        <w:t>________________________________________________________________________________</w:t>
      </w:r>
    </w:p>
    <w:p w14:paraId="76B787E0" w14:textId="77777777" w:rsidR="00E8326F" w:rsidRDefault="00000000">
      <w:r>
        <w:rPr>
          <w:b/>
        </w:rPr>
        <w:t xml:space="preserve">Country: </w:t>
      </w:r>
      <w:r>
        <w:t>________________________________________________________________________________</w:t>
      </w:r>
    </w:p>
    <w:p w14:paraId="79E49EBF" w14:textId="77777777" w:rsidR="00E8326F" w:rsidRDefault="00000000">
      <w:r>
        <w:rPr>
          <w:b/>
        </w:rPr>
        <w:t xml:space="preserve">Email: </w:t>
      </w:r>
      <w:r>
        <w:t>________________________________________________________________________________</w:t>
      </w:r>
    </w:p>
    <w:p w14:paraId="52AB07B0" w14:textId="77777777" w:rsidR="00E8326F" w:rsidRDefault="00000000">
      <w:r>
        <w:rPr>
          <w:b/>
        </w:rPr>
        <w:t xml:space="preserve">ORCID: </w:t>
      </w:r>
      <w:r>
        <w:t>________________________________________________________________________________</w:t>
      </w:r>
    </w:p>
    <w:p w14:paraId="0652BFFC" w14:textId="77777777" w:rsidR="00E8326F" w:rsidRDefault="00000000">
      <w:r>
        <w:rPr>
          <w:b/>
        </w:rPr>
        <w:t xml:space="preserve">Scopus Author ID: </w:t>
      </w:r>
      <w:r>
        <w:t>________________________________________________________________________________</w:t>
      </w:r>
    </w:p>
    <w:p w14:paraId="2F9BE03E" w14:textId="77777777" w:rsidR="00E8326F" w:rsidRDefault="00000000">
      <w:r>
        <w:rPr>
          <w:b/>
        </w:rPr>
        <w:t xml:space="preserve">Google Scholar Profile: </w:t>
      </w:r>
      <w:r>
        <w:t>________________________________________________________________________________</w:t>
      </w:r>
    </w:p>
    <w:p w14:paraId="09F67F1F" w14:textId="77777777" w:rsidR="00E8326F" w:rsidRDefault="00000000">
      <w:r>
        <w:rPr>
          <w:b/>
        </w:rPr>
        <w:t xml:space="preserve">LinkedIn: </w:t>
      </w:r>
      <w:r>
        <w:t>________________________________________________________________________________</w:t>
      </w:r>
    </w:p>
    <w:p w14:paraId="50777E82" w14:textId="77777777" w:rsidR="00E8326F" w:rsidRDefault="00000000">
      <w:pPr>
        <w:pStyle w:val="Heading1"/>
      </w:pPr>
      <w:r>
        <w:t>3. Co-Editors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E8326F" w14:paraId="2915FA84" w14:textId="77777777">
        <w:tc>
          <w:tcPr>
            <w:tcW w:w="2160" w:type="dxa"/>
          </w:tcPr>
          <w:p w14:paraId="133D2E8D" w14:textId="77777777" w:rsidR="00E8326F" w:rsidRDefault="00000000">
            <w:r>
              <w:t>Name</w:t>
            </w:r>
          </w:p>
        </w:tc>
        <w:tc>
          <w:tcPr>
            <w:tcW w:w="2160" w:type="dxa"/>
          </w:tcPr>
          <w:p w14:paraId="2D2F8B39" w14:textId="77777777" w:rsidR="00E8326F" w:rsidRDefault="00000000">
            <w:r>
              <w:t>Institution</w:t>
            </w:r>
          </w:p>
        </w:tc>
        <w:tc>
          <w:tcPr>
            <w:tcW w:w="2160" w:type="dxa"/>
          </w:tcPr>
          <w:p w14:paraId="13FCE5CC" w14:textId="77777777" w:rsidR="00E8326F" w:rsidRDefault="00000000">
            <w:r>
              <w:t>Country</w:t>
            </w:r>
          </w:p>
        </w:tc>
        <w:tc>
          <w:tcPr>
            <w:tcW w:w="2160" w:type="dxa"/>
          </w:tcPr>
          <w:p w14:paraId="68087FA6" w14:textId="77777777" w:rsidR="00E8326F" w:rsidRDefault="00000000">
            <w:r>
              <w:t>Email</w:t>
            </w:r>
          </w:p>
        </w:tc>
      </w:tr>
      <w:tr w:rsidR="00E8326F" w14:paraId="05BD4F96" w14:textId="77777777">
        <w:tc>
          <w:tcPr>
            <w:tcW w:w="2160" w:type="dxa"/>
          </w:tcPr>
          <w:p w14:paraId="4B38736B" w14:textId="77777777" w:rsidR="00E8326F" w:rsidRDefault="00E8326F"/>
        </w:tc>
        <w:tc>
          <w:tcPr>
            <w:tcW w:w="2160" w:type="dxa"/>
          </w:tcPr>
          <w:p w14:paraId="4FB0A510" w14:textId="77777777" w:rsidR="00E8326F" w:rsidRDefault="00E8326F"/>
        </w:tc>
        <w:tc>
          <w:tcPr>
            <w:tcW w:w="2160" w:type="dxa"/>
          </w:tcPr>
          <w:p w14:paraId="46B944CF" w14:textId="77777777" w:rsidR="00E8326F" w:rsidRDefault="00E8326F"/>
        </w:tc>
        <w:tc>
          <w:tcPr>
            <w:tcW w:w="2160" w:type="dxa"/>
          </w:tcPr>
          <w:p w14:paraId="4C91858D" w14:textId="77777777" w:rsidR="00E8326F" w:rsidRDefault="00E8326F"/>
        </w:tc>
      </w:tr>
      <w:tr w:rsidR="00E8326F" w14:paraId="3F1D686C" w14:textId="77777777">
        <w:tc>
          <w:tcPr>
            <w:tcW w:w="2160" w:type="dxa"/>
          </w:tcPr>
          <w:p w14:paraId="4AA2ED68" w14:textId="77777777" w:rsidR="00E8326F" w:rsidRDefault="00E8326F"/>
        </w:tc>
        <w:tc>
          <w:tcPr>
            <w:tcW w:w="2160" w:type="dxa"/>
          </w:tcPr>
          <w:p w14:paraId="677A864C" w14:textId="77777777" w:rsidR="00E8326F" w:rsidRDefault="00E8326F"/>
        </w:tc>
        <w:tc>
          <w:tcPr>
            <w:tcW w:w="2160" w:type="dxa"/>
          </w:tcPr>
          <w:p w14:paraId="627EF171" w14:textId="77777777" w:rsidR="00E8326F" w:rsidRDefault="00E8326F"/>
        </w:tc>
        <w:tc>
          <w:tcPr>
            <w:tcW w:w="2160" w:type="dxa"/>
          </w:tcPr>
          <w:p w14:paraId="3B01621B" w14:textId="77777777" w:rsidR="00E8326F" w:rsidRDefault="00E8326F"/>
        </w:tc>
      </w:tr>
      <w:tr w:rsidR="00E8326F" w14:paraId="326804B0" w14:textId="77777777">
        <w:tc>
          <w:tcPr>
            <w:tcW w:w="2160" w:type="dxa"/>
          </w:tcPr>
          <w:p w14:paraId="663BBD11" w14:textId="77777777" w:rsidR="00E8326F" w:rsidRDefault="00E8326F"/>
        </w:tc>
        <w:tc>
          <w:tcPr>
            <w:tcW w:w="2160" w:type="dxa"/>
          </w:tcPr>
          <w:p w14:paraId="1CD11A1B" w14:textId="77777777" w:rsidR="00E8326F" w:rsidRDefault="00E8326F"/>
        </w:tc>
        <w:tc>
          <w:tcPr>
            <w:tcW w:w="2160" w:type="dxa"/>
          </w:tcPr>
          <w:p w14:paraId="1CE34AFD" w14:textId="77777777" w:rsidR="00E8326F" w:rsidRDefault="00E8326F"/>
        </w:tc>
        <w:tc>
          <w:tcPr>
            <w:tcW w:w="2160" w:type="dxa"/>
          </w:tcPr>
          <w:p w14:paraId="56C082D5" w14:textId="77777777" w:rsidR="00E8326F" w:rsidRDefault="00E8326F"/>
        </w:tc>
      </w:tr>
      <w:tr w:rsidR="00E8326F" w14:paraId="3C497005" w14:textId="77777777">
        <w:tc>
          <w:tcPr>
            <w:tcW w:w="2160" w:type="dxa"/>
          </w:tcPr>
          <w:p w14:paraId="5B88AF93" w14:textId="77777777" w:rsidR="00E8326F" w:rsidRDefault="00E8326F"/>
        </w:tc>
        <w:tc>
          <w:tcPr>
            <w:tcW w:w="2160" w:type="dxa"/>
          </w:tcPr>
          <w:p w14:paraId="25C479DD" w14:textId="77777777" w:rsidR="00E8326F" w:rsidRDefault="00E8326F"/>
        </w:tc>
        <w:tc>
          <w:tcPr>
            <w:tcW w:w="2160" w:type="dxa"/>
          </w:tcPr>
          <w:p w14:paraId="7D83D67E" w14:textId="77777777" w:rsidR="00E8326F" w:rsidRDefault="00E8326F"/>
        </w:tc>
        <w:tc>
          <w:tcPr>
            <w:tcW w:w="2160" w:type="dxa"/>
          </w:tcPr>
          <w:p w14:paraId="45C89D5A" w14:textId="77777777" w:rsidR="00E8326F" w:rsidRDefault="00E8326F"/>
        </w:tc>
      </w:tr>
      <w:tr w:rsidR="00E8326F" w14:paraId="7F718240" w14:textId="77777777">
        <w:tc>
          <w:tcPr>
            <w:tcW w:w="2160" w:type="dxa"/>
          </w:tcPr>
          <w:p w14:paraId="685B3FFD" w14:textId="77777777" w:rsidR="00E8326F" w:rsidRDefault="00E8326F"/>
        </w:tc>
        <w:tc>
          <w:tcPr>
            <w:tcW w:w="2160" w:type="dxa"/>
          </w:tcPr>
          <w:p w14:paraId="0FB2B464" w14:textId="77777777" w:rsidR="00E8326F" w:rsidRDefault="00E8326F"/>
        </w:tc>
        <w:tc>
          <w:tcPr>
            <w:tcW w:w="2160" w:type="dxa"/>
          </w:tcPr>
          <w:p w14:paraId="55BF0DE2" w14:textId="77777777" w:rsidR="00E8326F" w:rsidRDefault="00E8326F"/>
        </w:tc>
        <w:tc>
          <w:tcPr>
            <w:tcW w:w="2160" w:type="dxa"/>
          </w:tcPr>
          <w:p w14:paraId="1D8481BA" w14:textId="77777777" w:rsidR="00E8326F" w:rsidRDefault="00E8326F"/>
        </w:tc>
      </w:tr>
      <w:tr w:rsidR="00E8326F" w14:paraId="182F52A9" w14:textId="77777777">
        <w:tc>
          <w:tcPr>
            <w:tcW w:w="2160" w:type="dxa"/>
          </w:tcPr>
          <w:p w14:paraId="409ECE9B" w14:textId="77777777" w:rsidR="00E8326F" w:rsidRDefault="00E8326F"/>
        </w:tc>
        <w:tc>
          <w:tcPr>
            <w:tcW w:w="2160" w:type="dxa"/>
          </w:tcPr>
          <w:p w14:paraId="2768E5CE" w14:textId="77777777" w:rsidR="00E8326F" w:rsidRDefault="00E8326F"/>
        </w:tc>
        <w:tc>
          <w:tcPr>
            <w:tcW w:w="2160" w:type="dxa"/>
          </w:tcPr>
          <w:p w14:paraId="7E44CCF9" w14:textId="77777777" w:rsidR="00E8326F" w:rsidRDefault="00E8326F"/>
        </w:tc>
        <w:tc>
          <w:tcPr>
            <w:tcW w:w="2160" w:type="dxa"/>
          </w:tcPr>
          <w:p w14:paraId="3078750D" w14:textId="77777777" w:rsidR="00E8326F" w:rsidRDefault="00E8326F"/>
        </w:tc>
      </w:tr>
    </w:tbl>
    <w:p w14:paraId="6A82D630" w14:textId="77777777" w:rsidR="00E8326F" w:rsidRDefault="00000000">
      <w:pPr>
        <w:pStyle w:val="Heading1"/>
      </w:pPr>
      <w:r>
        <w:t>4. Book Overview</w:t>
      </w:r>
    </w:p>
    <w:p w14:paraId="385FE381" w14:textId="77777777" w:rsidR="00E8326F" w:rsidRDefault="00000000">
      <w:r>
        <w:t>Provide a 500–1000 word overview describing the scope, objectives, novelty, research gap, and expected contribution of the book.</w:t>
      </w:r>
    </w:p>
    <w:p w14:paraId="51A78D33" w14:textId="234639EC" w:rsidR="00E8326F" w:rsidRDefault="00E8326F"/>
    <w:p w14:paraId="23E0C65B" w14:textId="77777777" w:rsidR="00E8326F" w:rsidRDefault="00000000">
      <w:pPr>
        <w:pStyle w:val="Heading1"/>
      </w:pPr>
      <w:r>
        <w:t>5. Target Audience</w:t>
      </w:r>
    </w:p>
    <w:p w14:paraId="012648F6" w14:textId="77777777" w:rsidR="00E8326F" w:rsidRDefault="00000000">
      <w:r>
        <w:t>☐ Researchers</w:t>
      </w:r>
    </w:p>
    <w:p w14:paraId="34C9A5D0" w14:textId="77777777" w:rsidR="00E8326F" w:rsidRDefault="00000000">
      <w:r>
        <w:t>☐ Faculty Members</w:t>
      </w:r>
    </w:p>
    <w:p w14:paraId="36EAE8FE" w14:textId="77777777" w:rsidR="00E8326F" w:rsidRDefault="00000000">
      <w:r>
        <w:t>☐ PhD Scholars</w:t>
      </w:r>
    </w:p>
    <w:p w14:paraId="6CF921BD" w14:textId="77777777" w:rsidR="00E8326F" w:rsidRDefault="00000000">
      <w:r>
        <w:t>☐ Industry Professionals</w:t>
      </w:r>
    </w:p>
    <w:p w14:paraId="2C904081" w14:textId="77777777" w:rsidR="00E8326F" w:rsidRDefault="00000000">
      <w:r>
        <w:t>☐ Graduate Students</w:t>
      </w:r>
    </w:p>
    <w:p w14:paraId="35075D78" w14:textId="77777777" w:rsidR="00E8326F" w:rsidRDefault="00000000">
      <w:r>
        <w:t>☐ Government/Policy Makers</w:t>
      </w:r>
    </w:p>
    <w:p w14:paraId="76999ECE" w14:textId="77777777" w:rsidR="00E8326F" w:rsidRDefault="00000000">
      <w:r>
        <w:t>☐ Libraries</w:t>
      </w:r>
    </w:p>
    <w:p w14:paraId="7E6E3959" w14:textId="77777777" w:rsidR="00E8326F" w:rsidRDefault="00000000">
      <w:pPr>
        <w:pStyle w:val="Heading1"/>
      </w:pPr>
      <w:r>
        <w:t>6. Detailed Chapter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215"/>
      </w:tblGrid>
      <w:tr w:rsidR="00E8326F" w14:paraId="468D996E" w14:textId="77777777">
        <w:tc>
          <w:tcPr>
            <w:tcW w:w="2160" w:type="dxa"/>
          </w:tcPr>
          <w:p w14:paraId="659AF68D" w14:textId="77777777" w:rsidR="00E8326F" w:rsidRDefault="00000000">
            <w:r>
              <w:t>Chapter</w:t>
            </w:r>
          </w:p>
        </w:tc>
        <w:tc>
          <w:tcPr>
            <w:tcW w:w="2160" w:type="dxa"/>
          </w:tcPr>
          <w:p w14:paraId="04F17CBB" w14:textId="77777777" w:rsidR="00E8326F" w:rsidRDefault="00000000">
            <w:r>
              <w:t>Title</w:t>
            </w:r>
          </w:p>
        </w:tc>
        <w:tc>
          <w:tcPr>
            <w:tcW w:w="2160" w:type="dxa"/>
          </w:tcPr>
          <w:p w14:paraId="3F4ACEED" w14:textId="77777777" w:rsidR="00E8326F" w:rsidRDefault="00000000">
            <w:r>
              <w:t>Author(s)</w:t>
            </w:r>
          </w:p>
        </w:tc>
        <w:tc>
          <w:tcPr>
            <w:tcW w:w="2160" w:type="dxa"/>
          </w:tcPr>
          <w:p w14:paraId="33F12E65" w14:textId="77777777" w:rsidR="00E8326F" w:rsidRDefault="00000000">
            <w:r>
              <w:t>Abstract/Description</w:t>
            </w:r>
          </w:p>
        </w:tc>
      </w:tr>
      <w:tr w:rsidR="00E8326F" w14:paraId="60448F40" w14:textId="77777777">
        <w:tc>
          <w:tcPr>
            <w:tcW w:w="2160" w:type="dxa"/>
          </w:tcPr>
          <w:p w14:paraId="4143E867" w14:textId="77777777" w:rsidR="00E8326F" w:rsidRDefault="00E8326F"/>
        </w:tc>
        <w:tc>
          <w:tcPr>
            <w:tcW w:w="2160" w:type="dxa"/>
          </w:tcPr>
          <w:p w14:paraId="65379048" w14:textId="77777777" w:rsidR="00E8326F" w:rsidRDefault="00E8326F"/>
        </w:tc>
        <w:tc>
          <w:tcPr>
            <w:tcW w:w="2160" w:type="dxa"/>
          </w:tcPr>
          <w:p w14:paraId="1FA70455" w14:textId="77777777" w:rsidR="00E8326F" w:rsidRDefault="00E8326F"/>
        </w:tc>
        <w:tc>
          <w:tcPr>
            <w:tcW w:w="2160" w:type="dxa"/>
          </w:tcPr>
          <w:p w14:paraId="655DF31D" w14:textId="77777777" w:rsidR="00E8326F" w:rsidRDefault="00E8326F"/>
        </w:tc>
      </w:tr>
      <w:tr w:rsidR="00E8326F" w14:paraId="39C72390" w14:textId="77777777">
        <w:tc>
          <w:tcPr>
            <w:tcW w:w="2160" w:type="dxa"/>
          </w:tcPr>
          <w:p w14:paraId="413883C9" w14:textId="77777777" w:rsidR="00E8326F" w:rsidRDefault="00E8326F"/>
        </w:tc>
        <w:tc>
          <w:tcPr>
            <w:tcW w:w="2160" w:type="dxa"/>
          </w:tcPr>
          <w:p w14:paraId="30248153" w14:textId="77777777" w:rsidR="00E8326F" w:rsidRDefault="00E8326F"/>
        </w:tc>
        <w:tc>
          <w:tcPr>
            <w:tcW w:w="2160" w:type="dxa"/>
          </w:tcPr>
          <w:p w14:paraId="038215B0" w14:textId="77777777" w:rsidR="00E8326F" w:rsidRDefault="00E8326F"/>
        </w:tc>
        <w:tc>
          <w:tcPr>
            <w:tcW w:w="2160" w:type="dxa"/>
          </w:tcPr>
          <w:p w14:paraId="3086ADD2" w14:textId="77777777" w:rsidR="00E8326F" w:rsidRDefault="00E8326F"/>
        </w:tc>
      </w:tr>
      <w:tr w:rsidR="00E8326F" w14:paraId="3F80B901" w14:textId="77777777">
        <w:tc>
          <w:tcPr>
            <w:tcW w:w="2160" w:type="dxa"/>
          </w:tcPr>
          <w:p w14:paraId="27AC0FB9" w14:textId="77777777" w:rsidR="00E8326F" w:rsidRDefault="00E8326F"/>
        </w:tc>
        <w:tc>
          <w:tcPr>
            <w:tcW w:w="2160" w:type="dxa"/>
          </w:tcPr>
          <w:p w14:paraId="0EE3FFD5" w14:textId="77777777" w:rsidR="00E8326F" w:rsidRDefault="00E8326F"/>
        </w:tc>
        <w:tc>
          <w:tcPr>
            <w:tcW w:w="2160" w:type="dxa"/>
          </w:tcPr>
          <w:p w14:paraId="5BDA36C4" w14:textId="77777777" w:rsidR="00E8326F" w:rsidRDefault="00E8326F"/>
        </w:tc>
        <w:tc>
          <w:tcPr>
            <w:tcW w:w="2160" w:type="dxa"/>
          </w:tcPr>
          <w:p w14:paraId="5D73D35F" w14:textId="77777777" w:rsidR="00E8326F" w:rsidRDefault="00E8326F"/>
        </w:tc>
      </w:tr>
      <w:tr w:rsidR="00E8326F" w14:paraId="589A30C0" w14:textId="77777777">
        <w:tc>
          <w:tcPr>
            <w:tcW w:w="2160" w:type="dxa"/>
          </w:tcPr>
          <w:p w14:paraId="48463EDE" w14:textId="77777777" w:rsidR="00E8326F" w:rsidRDefault="00E8326F"/>
        </w:tc>
        <w:tc>
          <w:tcPr>
            <w:tcW w:w="2160" w:type="dxa"/>
          </w:tcPr>
          <w:p w14:paraId="49E6ACE1" w14:textId="77777777" w:rsidR="00E8326F" w:rsidRDefault="00E8326F"/>
        </w:tc>
        <w:tc>
          <w:tcPr>
            <w:tcW w:w="2160" w:type="dxa"/>
          </w:tcPr>
          <w:p w14:paraId="31831299" w14:textId="77777777" w:rsidR="00E8326F" w:rsidRDefault="00E8326F"/>
        </w:tc>
        <w:tc>
          <w:tcPr>
            <w:tcW w:w="2160" w:type="dxa"/>
          </w:tcPr>
          <w:p w14:paraId="0C6D4FC7" w14:textId="77777777" w:rsidR="00E8326F" w:rsidRDefault="00E8326F"/>
        </w:tc>
      </w:tr>
      <w:tr w:rsidR="00E8326F" w14:paraId="7DFB3864" w14:textId="77777777">
        <w:tc>
          <w:tcPr>
            <w:tcW w:w="2160" w:type="dxa"/>
          </w:tcPr>
          <w:p w14:paraId="2E4D1D14" w14:textId="77777777" w:rsidR="00E8326F" w:rsidRDefault="00E8326F"/>
        </w:tc>
        <w:tc>
          <w:tcPr>
            <w:tcW w:w="2160" w:type="dxa"/>
          </w:tcPr>
          <w:p w14:paraId="5F614E3F" w14:textId="77777777" w:rsidR="00E8326F" w:rsidRDefault="00E8326F"/>
        </w:tc>
        <w:tc>
          <w:tcPr>
            <w:tcW w:w="2160" w:type="dxa"/>
          </w:tcPr>
          <w:p w14:paraId="3303B9C1" w14:textId="77777777" w:rsidR="00E8326F" w:rsidRDefault="00E8326F"/>
        </w:tc>
        <w:tc>
          <w:tcPr>
            <w:tcW w:w="2160" w:type="dxa"/>
          </w:tcPr>
          <w:p w14:paraId="30F9E60C" w14:textId="77777777" w:rsidR="00E8326F" w:rsidRDefault="00E8326F"/>
        </w:tc>
      </w:tr>
      <w:tr w:rsidR="00E8326F" w14:paraId="3D495EFB" w14:textId="77777777">
        <w:tc>
          <w:tcPr>
            <w:tcW w:w="2160" w:type="dxa"/>
          </w:tcPr>
          <w:p w14:paraId="29AF52F5" w14:textId="77777777" w:rsidR="00E8326F" w:rsidRDefault="00E8326F"/>
        </w:tc>
        <w:tc>
          <w:tcPr>
            <w:tcW w:w="2160" w:type="dxa"/>
          </w:tcPr>
          <w:p w14:paraId="460E59CB" w14:textId="77777777" w:rsidR="00E8326F" w:rsidRDefault="00E8326F"/>
        </w:tc>
        <w:tc>
          <w:tcPr>
            <w:tcW w:w="2160" w:type="dxa"/>
          </w:tcPr>
          <w:p w14:paraId="2F97A3F4" w14:textId="77777777" w:rsidR="00E8326F" w:rsidRDefault="00E8326F"/>
        </w:tc>
        <w:tc>
          <w:tcPr>
            <w:tcW w:w="2160" w:type="dxa"/>
          </w:tcPr>
          <w:p w14:paraId="67798DFF" w14:textId="77777777" w:rsidR="00E8326F" w:rsidRDefault="00E8326F"/>
        </w:tc>
      </w:tr>
      <w:tr w:rsidR="00E8326F" w14:paraId="01BB951A" w14:textId="77777777">
        <w:tc>
          <w:tcPr>
            <w:tcW w:w="2160" w:type="dxa"/>
          </w:tcPr>
          <w:p w14:paraId="42CD99E0" w14:textId="77777777" w:rsidR="00E8326F" w:rsidRDefault="00E8326F"/>
        </w:tc>
        <w:tc>
          <w:tcPr>
            <w:tcW w:w="2160" w:type="dxa"/>
          </w:tcPr>
          <w:p w14:paraId="64950648" w14:textId="77777777" w:rsidR="00E8326F" w:rsidRDefault="00E8326F"/>
        </w:tc>
        <w:tc>
          <w:tcPr>
            <w:tcW w:w="2160" w:type="dxa"/>
          </w:tcPr>
          <w:p w14:paraId="441EE52D" w14:textId="77777777" w:rsidR="00E8326F" w:rsidRDefault="00E8326F"/>
        </w:tc>
        <w:tc>
          <w:tcPr>
            <w:tcW w:w="2160" w:type="dxa"/>
          </w:tcPr>
          <w:p w14:paraId="704AD433" w14:textId="77777777" w:rsidR="00E8326F" w:rsidRDefault="00E8326F"/>
        </w:tc>
      </w:tr>
      <w:tr w:rsidR="00E8326F" w14:paraId="1E83D871" w14:textId="77777777">
        <w:tc>
          <w:tcPr>
            <w:tcW w:w="2160" w:type="dxa"/>
          </w:tcPr>
          <w:p w14:paraId="1453C191" w14:textId="77777777" w:rsidR="00E8326F" w:rsidRDefault="00E8326F"/>
        </w:tc>
        <w:tc>
          <w:tcPr>
            <w:tcW w:w="2160" w:type="dxa"/>
          </w:tcPr>
          <w:p w14:paraId="6C359737" w14:textId="77777777" w:rsidR="00E8326F" w:rsidRDefault="00E8326F"/>
        </w:tc>
        <w:tc>
          <w:tcPr>
            <w:tcW w:w="2160" w:type="dxa"/>
          </w:tcPr>
          <w:p w14:paraId="5EF70B05" w14:textId="77777777" w:rsidR="00E8326F" w:rsidRDefault="00E8326F"/>
        </w:tc>
        <w:tc>
          <w:tcPr>
            <w:tcW w:w="2160" w:type="dxa"/>
          </w:tcPr>
          <w:p w14:paraId="466EAA30" w14:textId="77777777" w:rsidR="00E8326F" w:rsidRDefault="00E8326F"/>
        </w:tc>
      </w:tr>
      <w:tr w:rsidR="00E8326F" w14:paraId="18E814CC" w14:textId="77777777">
        <w:tc>
          <w:tcPr>
            <w:tcW w:w="2160" w:type="dxa"/>
          </w:tcPr>
          <w:p w14:paraId="43133B32" w14:textId="77777777" w:rsidR="00E8326F" w:rsidRDefault="00E8326F"/>
        </w:tc>
        <w:tc>
          <w:tcPr>
            <w:tcW w:w="2160" w:type="dxa"/>
          </w:tcPr>
          <w:p w14:paraId="53D2C654" w14:textId="77777777" w:rsidR="00E8326F" w:rsidRDefault="00E8326F"/>
        </w:tc>
        <w:tc>
          <w:tcPr>
            <w:tcW w:w="2160" w:type="dxa"/>
          </w:tcPr>
          <w:p w14:paraId="580F6433" w14:textId="77777777" w:rsidR="00E8326F" w:rsidRDefault="00E8326F"/>
        </w:tc>
        <w:tc>
          <w:tcPr>
            <w:tcW w:w="2160" w:type="dxa"/>
          </w:tcPr>
          <w:p w14:paraId="6183D0A4" w14:textId="77777777" w:rsidR="00E8326F" w:rsidRDefault="00E8326F"/>
        </w:tc>
      </w:tr>
      <w:tr w:rsidR="00E8326F" w14:paraId="7097AFF2" w14:textId="77777777">
        <w:tc>
          <w:tcPr>
            <w:tcW w:w="2160" w:type="dxa"/>
          </w:tcPr>
          <w:p w14:paraId="1A729B32" w14:textId="77777777" w:rsidR="00E8326F" w:rsidRDefault="00E8326F"/>
        </w:tc>
        <w:tc>
          <w:tcPr>
            <w:tcW w:w="2160" w:type="dxa"/>
          </w:tcPr>
          <w:p w14:paraId="39B892C6" w14:textId="77777777" w:rsidR="00E8326F" w:rsidRDefault="00E8326F"/>
        </w:tc>
        <w:tc>
          <w:tcPr>
            <w:tcW w:w="2160" w:type="dxa"/>
          </w:tcPr>
          <w:p w14:paraId="78E385F3" w14:textId="77777777" w:rsidR="00E8326F" w:rsidRDefault="00E8326F"/>
        </w:tc>
        <w:tc>
          <w:tcPr>
            <w:tcW w:w="2160" w:type="dxa"/>
          </w:tcPr>
          <w:p w14:paraId="4B96BB2E" w14:textId="77777777" w:rsidR="00E8326F" w:rsidRDefault="00E8326F"/>
        </w:tc>
      </w:tr>
      <w:tr w:rsidR="00E8326F" w14:paraId="4CD9898C" w14:textId="77777777">
        <w:tc>
          <w:tcPr>
            <w:tcW w:w="2160" w:type="dxa"/>
          </w:tcPr>
          <w:p w14:paraId="0645C7C3" w14:textId="77777777" w:rsidR="00E8326F" w:rsidRDefault="00E8326F"/>
        </w:tc>
        <w:tc>
          <w:tcPr>
            <w:tcW w:w="2160" w:type="dxa"/>
          </w:tcPr>
          <w:p w14:paraId="3E0D2615" w14:textId="77777777" w:rsidR="00E8326F" w:rsidRDefault="00E8326F"/>
        </w:tc>
        <w:tc>
          <w:tcPr>
            <w:tcW w:w="2160" w:type="dxa"/>
          </w:tcPr>
          <w:p w14:paraId="197ACDD8" w14:textId="77777777" w:rsidR="00E8326F" w:rsidRDefault="00E8326F"/>
        </w:tc>
        <w:tc>
          <w:tcPr>
            <w:tcW w:w="2160" w:type="dxa"/>
          </w:tcPr>
          <w:p w14:paraId="1737A59F" w14:textId="77777777" w:rsidR="00E8326F" w:rsidRDefault="00E8326F"/>
        </w:tc>
      </w:tr>
      <w:tr w:rsidR="00E8326F" w14:paraId="41B970DE" w14:textId="77777777">
        <w:tc>
          <w:tcPr>
            <w:tcW w:w="2160" w:type="dxa"/>
          </w:tcPr>
          <w:p w14:paraId="507E8FF5" w14:textId="77777777" w:rsidR="00E8326F" w:rsidRDefault="00E8326F"/>
        </w:tc>
        <w:tc>
          <w:tcPr>
            <w:tcW w:w="2160" w:type="dxa"/>
          </w:tcPr>
          <w:p w14:paraId="22658A84" w14:textId="77777777" w:rsidR="00E8326F" w:rsidRDefault="00E8326F"/>
        </w:tc>
        <w:tc>
          <w:tcPr>
            <w:tcW w:w="2160" w:type="dxa"/>
          </w:tcPr>
          <w:p w14:paraId="2C7F9BA2" w14:textId="77777777" w:rsidR="00E8326F" w:rsidRDefault="00E8326F"/>
        </w:tc>
        <w:tc>
          <w:tcPr>
            <w:tcW w:w="2160" w:type="dxa"/>
          </w:tcPr>
          <w:p w14:paraId="368259BD" w14:textId="77777777" w:rsidR="00E8326F" w:rsidRDefault="00E8326F"/>
        </w:tc>
      </w:tr>
      <w:tr w:rsidR="00E8326F" w14:paraId="30F74B93" w14:textId="77777777">
        <w:tc>
          <w:tcPr>
            <w:tcW w:w="2160" w:type="dxa"/>
          </w:tcPr>
          <w:p w14:paraId="022BB9E3" w14:textId="77777777" w:rsidR="00E8326F" w:rsidRDefault="00E8326F"/>
        </w:tc>
        <w:tc>
          <w:tcPr>
            <w:tcW w:w="2160" w:type="dxa"/>
          </w:tcPr>
          <w:p w14:paraId="6286E6A5" w14:textId="77777777" w:rsidR="00E8326F" w:rsidRDefault="00E8326F"/>
        </w:tc>
        <w:tc>
          <w:tcPr>
            <w:tcW w:w="2160" w:type="dxa"/>
          </w:tcPr>
          <w:p w14:paraId="6C4B3616" w14:textId="77777777" w:rsidR="00E8326F" w:rsidRDefault="00E8326F"/>
        </w:tc>
        <w:tc>
          <w:tcPr>
            <w:tcW w:w="2160" w:type="dxa"/>
          </w:tcPr>
          <w:p w14:paraId="1C66DB49" w14:textId="77777777" w:rsidR="00E8326F" w:rsidRDefault="00E8326F"/>
        </w:tc>
      </w:tr>
      <w:tr w:rsidR="00E8326F" w14:paraId="67012864" w14:textId="77777777">
        <w:tc>
          <w:tcPr>
            <w:tcW w:w="2160" w:type="dxa"/>
          </w:tcPr>
          <w:p w14:paraId="1A1B07E4" w14:textId="77777777" w:rsidR="00E8326F" w:rsidRDefault="00E8326F"/>
        </w:tc>
        <w:tc>
          <w:tcPr>
            <w:tcW w:w="2160" w:type="dxa"/>
          </w:tcPr>
          <w:p w14:paraId="1A0A863B" w14:textId="77777777" w:rsidR="00E8326F" w:rsidRDefault="00E8326F"/>
        </w:tc>
        <w:tc>
          <w:tcPr>
            <w:tcW w:w="2160" w:type="dxa"/>
          </w:tcPr>
          <w:p w14:paraId="20CC3517" w14:textId="77777777" w:rsidR="00E8326F" w:rsidRDefault="00E8326F"/>
        </w:tc>
        <w:tc>
          <w:tcPr>
            <w:tcW w:w="2160" w:type="dxa"/>
          </w:tcPr>
          <w:p w14:paraId="551D7AE9" w14:textId="77777777" w:rsidR="00E8326F" w:rsidRDefault="00E8326F"/>
        </w:tc>
      </w:tr>
      <w:tr w:rsidR="00E8326F" w14:paraId="61A14C70" w14:textId="77777777">
        <w:tc>
          <w:tcPr>
            <w:tcW w:w="2160" w:type="dxa"/>
          </w:tcPr>
          <w:p w14:paraId="327765D0" w14:textId="77777777" w:rsidR="00E8326F" w:rsidRDefault="00E8326F"/>
        </w:tc>
        <w:tc>
          <w:tcPr>
            <w:tcW w:w="2160" w:type="dxa"/>
          </w:tcPr>
          <w:p w14:paraId="29899C1A" w14:textId="77777777" w:rsidR="00E8326F" w:rsidRDefault="00E8326F"/>
        </w:tc>
        <w:tc>
          <w:tcPr>
            <w:tcW w:w="2160" w:type="dxa"/>
          </w:tcPr>
          <w:p w14:paraId="1F366C7C" w14:textId="77777777" w:rsidR="00E8326F" w:rsidRDefault="00E8326F"/>
        </w:tc>
        <w:tc>
          <w:tcPr>
            <w:tcW w:w="2160" w:type="dxa"/>
          </w:tcPr>
          <w:p w14:paraId="05EC9F20" w14:textId="77777777" w:rsidR="00E8326F" w:rsidRDefault="00E8326F"/>
        </w:tc>
      </w:tr>
    </w:tbl>
    <w:p w14:paraId="03FE5F46" w14:textId="77777777" w:rsidR="00E8326F" w:rsidRDefault="00000000">
      <w:pPr>
        <w:pStyle w:val="Heading1"/>
      </w:pPr>
      <w:r>
        <w:lastRenderedPageBreak/>
        <w:t>7. International Contributors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E8326F" w14:paraId="22F9321A" w14:textId="77777777">
        <w:tc>
          <w:tcPr>
            <w:tcW w:w="2160" w:type="dxa"/>
          </w:tcPr>
          <w:p w14:paraId="5099BA33" w14:textId="77777777" w:rsidR="00E8326F" w:rsidRDefault="00000000">
            <w:r>
              <w:t>Name</w:t>
            </w:r>
          </w:p>
        </w:tc>
        <w:tc>
          <w:tcPr>
            <w:tcW w:w="2160" w:type="dxa"/>
          </w:tcPr>
          <w:p w14:paraId="34891217" w14:textId="77777777" w:rsidR="00E8326F" w:rsidRDefault="00000000">
            <w:r>
              <w:t>Country</w:t>
            </w:r>
          </w:p>
        </w:tc>
        <w:tc>
          <w:tcPr>
            <w:tcW w:w="2160" w:type="dxa"/>
          </w:tcPr>
          <w:p w14:paraId="0987D4D9" w14:textId="77777777" w:rsidR="00E8326F" w:rsidRDefault="00000000">
            <w:r>
              <w:t>Institution</w:t>
            </w:r>
          </w:p>
        </w:tc>
        <w:tc>
          <w:tcPr>
            <w:tcW w:w="2160" w:type="dxa"/>
          </w:tcPr>
          <w:p w14:paraId="3AFD502A" w14:textId="77777777" w:rsidR="00E8326F" w:rsidRDefault="00000000">
            <w:r>
              <w:t>Status</w:t>
            </w:r>
          </w:p>
        </w:tc>
      </w:tr>
      <w:tr w:rsidR="00E8326F" w14:paraId="611404E4" w14:textId="77777777">
        <w:tc>
          <w:tcPr>
            <w:tcW w:w="2160" w:type="dxa"/>
          </w:tcPr>
          <w:p w14:paraId="4D03D6ED" w14:textId="77777777" w:rsidR="00E8326F" w:rsidRDefault="00E8326F"/>
        </w:tc>
        <w:tc>
          <w:tcPr>
            <w:tcW w:w="2160" w:type="dxa"/>
          </w:tcPr>
          <w:p w14:paraId="275926E1" w14:textId="77777777" w:rsidR="00E8326F" w:rsidRDefault="00E8326F"/>
        </w:tc>
        <w:tc>
          <w:tcPr>
            <w:tcW w:w="2160" w:type="dxa"/>
          </w:tcPr>
          <w:p w14:paraId="223544FB" w14:textId="77777777" w:rsidR="00E8326F" w:rsidRDefault="00E8326F"/>
        </w:tc>
        <w:tc>
          <w:tcPr>
            <w:tcW w:w="2160" w:type="dxa"/>
          </w:tcPr>
          <w:p w14:paraId="70A41058" w14:textId="77777777" w:rsidR="00E8326F" w:rsidRDefault="00E8326F"/>
        </w:tc>
      </w:tr>
      <w:tr w:rsidR="00E8326F" w14:paraId="0815C4B8" w14:textId="77777777">
        <w:tc>
          <w:tcPr>
            <w:tcW w:w="2160" w:type="dxa"/>
          </w:tcPr>
          <w:p w14:paraId="580C8182" w14:textId="77777777" w:rsidR="00E8326F" w:rsidRDefault="00E8326F"/>
        </w:tc>
        <w:tc>
          <w:tcPr>
            <w:tcW w:w="2160" w:type="dxa"/>
          </w:tcPr>
          <w:p w14:paraId="72D13A88" w14:textId="77777777" w:rsidR="00E8326F" w:rsidRDefault="00E8326F"/>
        </w:tc>
        <w:tc>
          <w:tcPr>
            <w:tcW w:w="2160" w:type="dxa"/>
          </w:tcPr>
          <w:p w14:paraId="5FBF593B" w14:textId="77777777" w:rsidR="00E8326F" w:rsidRDefault="00E8326F"/>
        </w:tc>
        <w:tc>
          <w:tcPr>
            <w:tcW w:w="2160" w:type="dxa"/>
          </w:tcPr>
          <w:p w14:paraId="4ACF26F1" w14:textId="77777777" w:rsidR="00E8326F" w:rsidRDefault="00E8326F"/>
        </w:tc>
      </w:tr>
      <w:tr w:rsidR="00E8326F" w14:paraId="58D8C86C" w14:textId="77777777">
        <w:tc>
          <w:tcPr>
            <w:tcW w:w="2160" w:type="dxa"/>
          </w:tcPr>
          <w:p w14:paraId="4628802A" w14:textId="77777777" w:rsidR="00E8326F" w:rsidRDefault="00E8326F"/>
        </w:tc>
        <w:tc>
          <w:tcPr>
            <w:tcW w:w="2160" w:type="dxa"/>
          </w:tcPr>
          <w:p w14:paraId="1AC9A360" w14:textId="77777777" w:rsidR="00E8326F" w:rsidRDefault="00E8326F"/>
        </w:tc>
        <w:tc>
          <w:tcPr>
            <w:tcW w:w="2160" w:type="dxa"/>
          </w:tcPr>
          <w:p w14:paraId="448D64BA" w14:textId="77777777" w:rsidR="00E8326F" w:rsidRDefault="00E8326F"/>
        </w:tc>
        <w:tc>
          <w:tcPr>
            <w:tcW w:w="2160" w:type="dxa"/>
          </w:tcPr>
          <w:p w14:paraId="7F5E1F04" w14:textId="77777777" w:rsidR="00E8326F" w:rsidRDefault="00E8326F"/>
        </w:tc>
      </w:tr>
      <w:tr w:rsidR="00E8326F" w14:paraId="2D21E32B" w14:textId="77777777">
        <w:tc>
          <w:tcPr>
            <w:tcW w:w="2160" w:type="dxa"/>
          </w:tcPr>
          <w:p w14:paraId="0F8DCDB3" w14:textId="77777777" w:rsidR="00E8326F" w:rsidRDefault="00E8326F"/>
        </w:tc>
        <w:tc>
          <w:tcPr>
            <w:tcW w:w="2160" w:type="dxa"/>
          </w:tcPr>
          <w:p w14:paraId="4E19062C" w14:textId="77777777" w:rsidR="00E8326F" w:rsidRDefault="00E8326F"/>
        </w:tc>
        <w:tc>
          <w:tcPr>
            <w:tcW w:w="2160" w:type="dxa"/>
          </w:tcPr>
          <w:p w14:paraId="310E9E07" w14:textId="77777777" w:rsidR="00E8326F" w:rsidRDefault="00E8326F"/>
        </w:tc>
        <w:tc>
          <w:tcPr>
            <w:tcW w:w="2160" w:type="dxa"/>
          </w:tcPr>
          <w:p w14:paraId="18D1366E" w14:textId="77777777" w:rsidR="00E8326F" w:rsidRDefault="00E8326F"/>
        </w:tc>
      </w:tr>
      <w:tr w:rsidR="00E8326F" w14:paraId="0E7D30A3" w14:textId="77777777">
        <w:tc>
          <w:tcPr>
            <w:tcW w:w="2160" w:type="dxa"/>
          </w:tcPr>
          <w:p w14:paraId="0814ADDC" w14:textId="77777777" w:rsidR="00E8326F" w:rsidRDefault="00E8326F"/>
        </w:tc>
        <w:tc>
          <w:tcPr>
            <w:tcW w:w="2160" w:type="dxa"/>
          </w:tcPr>
          <w:p w14:paraId="1C5E7E1B" w14:textId="77777777" w:rsidR="00E8326F" w:rsidRDefault="00E8326F"/>
        </w:tc>
        <w:tc>
          <w:tcPr>
            <w:tcW w:w="2160" w:type="dxa"/>
          </w:tcPr>
          <w:p w14:paraId="70189996" w14:textId="77777777" w:rsidR="00E8326F" w:rsidRDefault="00E8326F"/>
        </w:tc>
        <w:tc>
          <w:tcPr>
            <w:tcW w:w="2160" w:type="dxa"/>
          </w:tcPr>
          <w:p w14:paraId="7AC91024" w14:textId="77777777" w:rsidR="00E8326F" w:rsidRDefault="00E8326F"/>
        </w:tc>
      </w:tr>
      <w:tr w:rsidR="00E8326F" w14:paraId="3733CBD5" w14:textId="77777777">
        <w:tc>
          <w:tcPr>
            <w:tcW w:w="2160" w:type="dxa"/>
          </w:tcPr>
          <w:p w14:paraId="73BFA4EB" w14:textId="77777777" w:rsidR="00E8326F" w:rsidRDefault="00E8326F"/>
        </w:tc>
        <w:tc>
          <w:tcPr>
            <w:tcW w:w="2160" w:type="dxa"/>
          </w:tcPr>
          <w:p w14:paraId="1A26C50F" w14:textId="77777777" w:rsidR="00E8326F" w:rsidRDefault="00E8326F"/>
        </w:tc>
        <w:tc>
          <w:tcPr>
            <w:tcW w:w="2160" w:type="dxa"/>
          </w:tcPr>
          <w:p w14:paraId="5C628353" w14:textId="77777777" w:rsidR="00E8326F" w:rsidRDefault="00E8326F"/>
        </w:tc>
        <w:tc>
          <w:tcPr>
            <w:tcW w:w="2160" w:type="dxa"/>
          </w:tcPr>
          <w:p w14:paraId="4A54EDCE" w14:textId="77777777" w:rsidR="00E8326F" w:rsidRDefault="00E8326F"/>
        </w:tc>
      </w:tr>
      <w:tr w:rsidR="00E8326F" w14:paraId="67BDBB76" w14:textId="77777777">
        <w:tc>
          <w:tcPr>
            <w:tcW w:w="2160" w:type="dxa"/>
          </w:tcPr>
          <w:p w14:paraId="591F759B" w14:textId="77777777" w:rsidR="00E8326F" w:rsidRDefault="00E8326F"/>
        </w:tc>
        <w:tc>
          <w:tcPr>
            <w:tcW w:w="2160" w:type="dxa"/>
          </w:tcPr>
          <w:p w14:paraId="26EFA33C" w14:textId="77777777" w:rsidR="00E8326F" w:rsidRDefault="00E8326F"/>
        </w:tc>
        <w:tc>
          <w:tcPr>
            <w:tcW w:w="2160" w:type="dxa"/>
          </w:tcPr>
          <w:p w14:paraId="52560C2A" w14:textId="77777777" w:rsidR="00E8326F" w:rsidRDefault="00E8326F"/>
        </w:tc>
        <w:tc>
          <w:tcPr>
            <w:tcW w:w="2160" w:type="dxa"/>
          </w:tcPr>
          <w:p w14:paraId="4A1D7927" w14:textId="77777777" w:rsidR="00E8326F" w:rsidRDefault="00E8326F"/>
        </w:tc>
      </w:tr>
      <w:tr w:rsidR="00E8326F" w14:paraId="68FE6350" w14:textId="77777777">
        <w:tc>
          <w:tcPr>
            <w:tcW w:w="2160" w:type="dxa"/>
          </w:tcPr>
          <w:p w14:paraId="74CD8617" w14:textId="77777777" w:rsidR="00E8326F" w:rsidRDefault="00E8326F"/>
        </w:tc>
        <w:tc>
          <w:tcPr>
            <w:tcW w:w="2160" w:type="dxa"/>
          </w:tcPr>
          <w:p w14:paraId="0B9E1399" w14:textId="77777777" w:rsidR="00E8326F" w:rsidRDefault="00E8326F"/>
        </w:tc>
        <w:tc>
          <w:tcPr>
            <w:tcW w:w="2160" w:type="dxa"/>
          </w:tcPr>
          <w:p w14:paraId="4A6295FE" w14:textId="77777777" w:rsidR="00E8326F" w:rsidRDefault="00E8326F"/>
        </w:tc>
        <w:tc>
          <w:tcPr>
            <w:tcW w:w="2160" w:type="dxa"/>
          </w:tcPr>
          <w:p w14:paraId="43212111" w14:textId="77777777" w:rsidR="00E8326F" w:rsidRDefault="00E8326F"/>
        </w:tc>
      </w:tr>
      <w:tr w:rsidR="00E8326F" w14:paraId="575813A1" w14:textId="77777777">
        <w:tc>
          <w:tcPr>
            <w:tcW w:w="2160" w:type="dxa"/>
          </w:tcPr>
          <w:p w14:paraId="0234E19D" w14:textId="77777777" w:rsidR="00E8326F" w:rsidRDefault="00E8326F"/>
        </w:tc>
        <w:tc>
          <w:tcPr>
            <w:tcW w:w="2160" w:type="dxa"/>
          </w:tcPr>
          <w:p w14:paraId="41BFE694" w14:textId="77777777" w:rsidR="00E8326F" w:rsidRDefault="00E8326F"/>
        </w:tc>
        <w:tc>
          <w:tcPr>
            <w:tcW w:w="2160" w:type="dxa"/>
          </w:tcPr>
          <w:p w14:paraId="79FD8B7D" w14:textId="77777777" w:rsidR="00E8326F" w:rsidRDefault="00E8326F"/>
        </w:tc>
        <w:tc>
          <w:tcPr>
            <w:tcW w:w="2160" w:type="dxa"/>
          </w:tcPr>
          <w:p w14:paraId="0EDD3572" w14:textId="77777777" w:rsidR="00E8326F" w:rsidRDefault="00E8326F"/>
        </w:tc>
      </w:tr>
      <w:tr w:rsidR="00E8326F" w14:paraId="420686EC" w14:textId="77777777">
        <w:tc>
          <w:tcPr>
            <w:tcW w:w="2160" w:type="dxa"/>
          </w:tcPr>
          <w:p w14:paraId="68F5F0AF" w14:textId="77777777" w:rsidR="00E8326F" w:rsidRDefault="00E8326F"/>
        </w:tc>
        <w:tc>
          <w:tcPr>
            <w:tcW w:w="2160" w:type="dxa"/>
          </w:tcPr>
          <w:p w14:paraId="3E1F6AAD" w14:textId="77777777" w:rsidR="00E8326F" w:rsidRDefault="00E8326F"/>
        </w:tc>
        <w:tc>
          <w:tcPr>
            <w:tcW w:w="2160" w:type="dxa"/>
          </w:tcPr>
          <w:p w14:paraId="564C4769" w14:textId="77777777" w:rsidR="00E8326F" w:rsidRDefault="00E8326F"/>
        </w:tc>
        <w:tc>
          <w:tcPr>
            <w:tcW w:w="2160" w:type="dxa"/>
          </w:tcPr>
          <w:p w14:paraId="475C7BCF" w14:textId="77777777" w:rsidR="00E8326F" w:rsidRDefault="00E8326F"/>
        </w:tc>
      </w:tr>
    </w:tbl>
    <w:p w14:paraId="0F72D398" w14:textId="77777777" w:rsidR="00E8326F" w:rsidRDefault="00000000">
      <w:pPr>
        <w:pStyle w:val="Heading1"/>
      </w:pPr>
      <w:r>
        <w:t>8. Peer Review and Ethics</w:t>
      </w:r>
    </w:p>
    <w:p w14:paraId="432C291D" w14:textId="77777777" w:rsidR="00E8326F" w:rsidRDefault="00000000">
      <w:r>
        <w:t>☐ Double-blind review will be conducted</w:t>
      </w:r>
    </w:p>
    <w:p w14:paraId="10320E89" w14:textId="77777777" w:rsidR="00E8326F" w:rsidRDefault="00000000">
      <w:r>
        <w:t>☐ Plagiarism screening will be performed</w:t>
      </w:r>
    </w:p>
    <w:p w14:paraId="6B645ECE" w14:textId="77777777" w:rsidR="00E8326F" w:rsidRDefault="00000000">
      <w:r>
        <w:t>☐ AI-assisted content will be disclosed</w:t>
      </w:r>
    </w:p>
    <w:p w14:paraId="0495F828" w14:textId="77777777" w:rsidR="00E8326F" w:rsidRDefault="00000000">
      <w:r>
        <w:t>☐ All permissions for copyrighted material will be obtained</w:t>
      </w:r>
    </w:p>
    <w:p w14:paraId="085DB8A1" w14:textId="77777777" w:rsidR="00E8326F" w:rsidRDefault="00000000">
      <w:r>
        <w:t>☐ COPE publication ethics will be followed</w:t>
      </w:r>
    </w:p>
    <w:p w14:paraId="0E809E68" w14:textId="77777777" w:rsidR="00E8326F" w:rsidRDefault="00000000">
      <w:pPr>
        <w:pStyle w:val="Heading1"/>
      </w:pPr>
      <w:r>
        <w:t>9. Publication Timeline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E8326F" w14:paraId="20A9DABA" w14:textId="77777777">
        <w:tc>
          <w:tcPr>
            <w:tcW w:w="4320" w:type="dxa"/>
          </w:tcPr>
          <w:p w14:paraId="7749ABCF" w14:textId="77777777" w:rsidR="00E8326F" w:rsidRDefault="00000000">
            <w:r>
              <w:t>Activity</w:t>
            </w:r>
          </w:p>
        </w:tc>
        <w:tc>
          <w:tcPr>
            <w:tcW w:w="4320" w:type="dxa"/>
          </w:tcPr>
          <w:p w14:paraId="60510E99" w14:textId="77777777" w:rsidR="00E8326F" w:rsidRDefault="00000000">
            <w:r>
              <w:t>Date</w:t>
            </w:r>
          </w:p>
        </w:tc>
      </w:tr>
      <w:tr w:rsidR="00E8326F" w14:paraId="47C3A769" w14:textId="77777777">
        <w:tc>
          <w:tcPr>
            <w:tcW w:w="4320" w:type="dxa"/>
          </w:tcPr>
          <w:p w14:paraId="2F38CE90" w14:textId="77777777" w:rsidR="00E8326F" w:rsidRDefault="00E8326F"/>
        </w:tc>
        <w:tc>
          <w:tcPr>
            <w:tcW w:w="4320" w:type="dxa"/>
          </w:tcPr>
          <w:p w14:paraId="31593E9C" w14:textId="77777777" w:rsidR="00E8326F" w:rsidRDefault="00E8326F"/>
        </w:tc>
      </w:tr>
      <w:tr w:rsidR="00E8326F" w14:paraId="2A82623C" w14:textId="77777777">
        <w:tc>
          <w:tcPr>
            <w:tcW w:w="4320" w:type="dxa"/>
          </w:tcPr>
          <w:p w14:paraId="37FA3E96" w14:textId="77777777" w:rsidR="00E8326F" w:rsidRDefault="00E8326F"/>
        </w:tc>
        <w:tc>
          <w:tcPr>
            <w:tcW w:w="4320" w:type="dxa"/>
          </w:tcPr>
          <w:p w14:paraId="163FD95C" w14:textId="77777777" w:rsidR="00E8326F" w:rsidRDefault="00E8326F"/>
        </w:tc>
      </w:tr>
      <w:tr w:rsidR="00E8326F" w14:paraId="1242D14C" w14:textId="77777777">
        <w:tc>
          <w:tcPr>
            <w:tcW w:w="4320" w:type="dxa"/>
          </w:tcPr>
          <w:p w14:paraId="66FF5A08" w14:textId="77777777" w:rsidR="00E8326F" w:rsidRDefault="00E8326F"/>
        </w:tc>
        <w:tc>
          <w:tcPr>
            <w:tcW w:w="4320" w:type="dxa"/>
          </w:tcPr>
          <w:p w14:paraId="6D2DD49F" w14:textId="77777777" w:rsidR="00E8326F" w:rsidRDefault="00E8326F"/>
        </w:tc>
      </w:tr>
      <w:tr w:rsidR="00E8326F" w14:paraId="59418960" w14:textId="77777777">
        <w:tc>
          <w:tcPr>
            <w:tcW w:w="4320" w:type="dxa"/>
          </w:tcPr>
          <w:p w14:paraId="28641BEA" w14:textId="77777777" w:rsidR="00E8326F" w:rsidRDefault="00E8326F"/>
        </w:tc>
        <w:tc>
          <w:tcPr>
            <w:tcW w:w="4320" w:type="dxa"/>
          </w:tcPr>
          <w:p w14:paraId="238FA88A" w14:textId="77777777" w:rsidR="00E8326F" w:rsidRDefault="00E8326F"/>
        </w:tc>
      </w:tr>
      <w:tr w:rsidR="00E8326F" w14:paraId="00EF01A0" w14:textId="77777777">
        <w:tc>
          <w:tcPr>
            <w:tcW w:w="4320" w:type="dxa"/>
          </w:tcPr>
          <w:p w14:paraId="42402082" w14:textId="77777777" w:rsidR="00E8326F" w:rsidRDefault="00E8326F"/>
        </w:tc>
        <w:tc>
          <w:tcPr>
            <w:tcW w:w="4320" w:type="dxa"/>
          </w:tcPr>
          <w:p w14:paraId="312C0600" w14:textId="77777777" w:rsidR="00E8326F" w:rsidRDefault="00E8326F"/>
        </w:tc>
      </w:tr>
      <w:tr w:rsidR="00E8326F" w14:paraId="116F6583" w14:textId="77777777">
        <w:tc>
          <w:tcPr>
            <w:tcW w:w="4320" w:type="dxa"/>
          </w:tcPr>
          <w:p w14:paraId="6C1DFF82" w14:textId="77777777" w:rsidR="00E8326F" w:rsidRDefault="00E8326F"/>
        </w:tc>
        <w:tc>
          <w:tcPr>
            <w:tcW w:w="4320" w:type="dxa"/>
          </w:tcPr>
          <w:p w14:paraId="55E01AC2" w14:textId="77777777" w:rsidR="00E8326F" w:rsidRDefault="00E8326F"/>
        </w:tc>
      </w:tr>
      <w:tr w:rsidR="00E8326F" w14:paraId="746A6EB8" w14:textId="77777777">
        <w:tc>
          <w:tcPr>
            <w:tcW w:w="4320" w:type="dxa"/>
          </w:tcPr>
          <w:p w14:paraId="79960EAE" w14:textId="77777777" w:rsidR="00E8326F" w:rsidRDefault="00E8326F"/>
        </w:tc>
        <w:tc>
          <w:tcPr>
            <w:tcW w:w="4320" w:type="dxa"/>
          </w:tcPr>
          <w:p w14:paraId="0CBE1CFB" w14:textId="77777777" w:rsidR="00E8326F" w:rsidRDefault="00E8326F"/>
        </w:tc>
      </w:tr>
      <w:tr w:rsidR="00E8326F" w14:paraId="137E6D30" w14:textId="77777777">
        <w:tc>
          <w:tcPr>
            <w:tcW w:w="4320" w:type="dxa"/>
          </w:tcPr>
          <w:p w14:paraId="3226891F" w14:textId="77777777" w:rsidR="00E8326F" w:rsidRDefault="00E8326F"/>
        </w:tc>
        <w:tc>
          <w:tcPr>
            <w:tcW w:w="4320" w:type="dxa"/>
          </w:tcPr>
          <w:p w14:paraId="0B6742E8" w14:textId="77777777" w:rsidR="00E8326F" w:rsidRDefault="00E8326F"/>
        </w:tc>
      </w:tr>
    </w:tbl>
    <w:p w14:paraId="742F9909" w14:textId="77777777" w:rsidR="00E8326F" w:rsidRDefault="00000000">
      <w:pPr>
        <w:pStyle w:val="Heading1"/>
      </w:pPr>
      <w:r>
        <w:t>10. Marketing and Dissemination Plan</w:t>
      </w:r>
    </w:p>
    <w:p w14:paraId="610EDCDD" w14:textId="77777777" w:rsidR="00E8326F" w:rsidRDefault="00000000">
      <w:r>
        <w:t>Describe conference promotion, professional societies, social media, institutional mailing lists, and library outreach.</w:t>
      </w:r>
    </w:p>
    <w:p w14:paraId="123BE806" w14:textId="77777777" w:rsidR="00E8326F" w:rsidRDefault="00000000">
      <w:r>
        <w:br/>
      </w:r>
      <w:r>
        <w:br/>
      </w:r>
      <w:r>
        <w:br/>
      </w:r>
      <w:r>
        <w:br/>
      </w:r>
      <w:r>
        <w:lastRenderedPageBreak/>
        <w:br/>
      </w:r>
      <w:r>
        <w:br/>
      </w:r>
    </w:p>
    <w:p w14:paraId="1F40EA93" w14:textId="77777777" w:rsidR="00E8326F" w:rsidRDefault="00000000">
      <w:pPr>
        <w:pStyle w:val="Heading1"/>
      </w:pPr>
      <w:r>
        <w:t>11. Competing Titles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E8326F" w14:paraId="21DD5768" w14:textId="77777777">
        <w:tc>
          <w:tcPr>
            <w:tcW w:w="2160" w:type="dxa"/>
          </w:tcPr>
          <w:p w14:paraId="1873CC51" w14:textId="77777777" w:rsidR="00E8326F" w:rsidRDefault="00000000">
            <w:r>
              <w:t>Title</w:t>
            </w:r>
          </w:p>
        </w:tc>
        <w:tc>
          <w:tcPr>
            <w:tcW w:w="2160" w:type="dxa"/>
          </w:tcPr>
          <w:p w14:paraId="2D71FAC5" w14:textId="77777777" w:rsidR="00E8326F" w:rsidRDefault="00000000">
            <w:r>
              <w:t>Publisher</w:t>
            </w:r>
          </w:p>
        </w:tc>
        <w:tc>
          <w:tcPr>
            <w:tcW w:w="2160" w:type="dxa"/>
          </w:tcPr>
          <w:p w14:paraId="08AE2C04" w14:textId="77777777" w:rsidR="00E8326F" w:rsidRDefault="00000000">
            <w:r>
              <w:t>Year</w:t>
            </w:r>
          </w:p>
        </w:tc>
        <w:tc>
          <w:tcPr>
            <w:tcW w:w="2160" w:type="dxa"/>
          </w:tcPr>
          <w:p w14:paraId="1CDB3DC4" w14:textId="77777777" w:rsidR="00E8326F" w:rsidRDefault="00000000">
            <w:r>
              <w:t>How Your Book Differs</w:t>
            </w:r>
          </w:p>
        </w:tc>
      </w:tr>
      <w:tr w:rsidR="00E8326F" w14:paraId="1110B08D" w14:textId="77777777">
        <w:tc>
          <w:tcPr>
            <w:tcW w:w="2160" w:type="dxa"/>
          </w:tcPr>
          <w:p w14:paraId="436EE408" w14:textId="77777777" w:rsidR="00E8326F" w:rsidRDefault="00E8326F"/>
        </w:tc>
        <w:tc>
          <w:tcPr>
            <w:tcW w:w="2160" w:type="dxa"/>
          </w:tcPr>
          <w:p w14:paraId="102EEA0A" w14:textId="77777777" w:rsidR="00E8326F" w:rsidRDefault="00E8326F"/>
        </w:tc>
        <w:tc>
          <w:tcPr>
            <w:tcW w:w="2160" w:type="dxa"/>
          </w:tcPr>
          <w:p w14:paraId="72D54105" w14:textId="77777777" w:rsidR="00E8326F" w:rsidRDefault="00E8326F"/>
        </w:tc>
        <w:tc>
          <w:tcPr>
            <w:tcW w:w="2160" w:type="dxa"/>
          </w:tcPr>
          <w:p w14:paraId="7A2C5047" w14:textId="77777777" w:rsidR="00E8326F" w:rsidRDefault="00E8326F"/>
        </w:tc>
      </w:tr>
      <w:tr w:rsidR="00E8326F" w14:paraId="0894ADC1" w14:textId="77777777">
        <w:tc>
          <w:tcPr>
            <w:tcW w:w="2160" w:type="dxa"/>
          </w:tcPr>
          <w:p w14:paraId="4851D555" w14:textId="77777777" w:rsidR="00E8326F" w:rsidRDefault="00E8326F"/>
        </w:tc>
        <w:tc>
          <w:tcPr>
            <w:tcW w:w="2160" w:type="dxa"/>
          </w:tcPr>
          <w:p w14:paraId="0671FBFE" w14:textId="77777777" w:rsidR="00E8326F" w:rsidRDefault="00E8326F"/>
        </w:tc>
        <w:tc>
          <w:tcPr>
            <w:tcW w:w="2160" w:type="dxa"/>
          </w:tcPr>
          <w:p w14:paraId="5DDCF824" w14:textId="77777777" w:rsidR="00E8326F" w:rsidRDefault="00E8326F"/>
        </w:tc>
        <w:tc>
          <w:tcPr>
            <w:tcW w:w="2160" w:type="dxa"/>
          </w:tcPr>
          <w:p w14:paraId="0128781D" w14:textId="77777777" w:rsidR="00E8326F" w:rsidRDefault="00E8326F"/>
        </w:tc>
      </w:tr>
      <w:tr w:rsidR="00E8326F" w14:paraId="69C745B0" w14:textId="77777777">
        <w:tc>
          <w:tcPr>
            <w:tcW w:w="2160" w:type="dxa"/>
          </w:tcPr>
          <w:p w14:paraId="4ADA87F3" w14:textId="77777777" w:rsidR="00E8326F" w:rsidRDefault="00E8326F"/>
        </w:tc>
        <w:tc>
          <w:tcPr>
            <w:tcW w:w="2160" w:type="dxa"/>
          </w:tcPr>
          <w:p w14:paraId="3C9E5B84" w14:textId="77777777" w:rsidR="00E8326F" w:rsidRDefault="00E8326F"/>
        </w:tc>
        <w:tc>
          <w:tcPr>
            <w:tcW w:w="2160" w:type="dxa"/>
          </w:tcPr>
          <w:p w14:paraId="2229BE35" w14:textId="77777777" w:rsidR="00E8326F" w:rsidRDefault="00E8326F"/>
        </w:tc>
        <w:tc>
          <w:tcPr>
            <w:tcW w:w="2160" w:type="dxa"/>
          </w:tcPr>
          <w:p w14:paraId="3672B645" w14:textId="77777777" w:rsidR="00E8326F" w:rsidRDefault="00E8326F"/>
        </w:tc>
      </w:tr>
      <w:tr w:rsidR="00E8326F" w14:paraId="69631C3D" w14:textId="77777777">
        <w:tc>
          <w:tcPr>
            <w:tcW w:w="2160" w:type="dxa"/>
          </w:tcPr>
          <w:p w14:paraId="1CC95BDD" w14:textId="77777777" w:rsidR="00E8326F" w:rsidRDefault="00E8326F"/>
        </w:tc>
        <w:tc>
          <w:tcPr>
            <w:tcW w:w="2160" w:type="dxa"/>
          </w:tcPr>
          <w:p w14:paraId="73D5E87A" w14:textId="77777777" w:rsidR="00E8326F" w:rsidRDefault="00E8326F"/>
        </w:tc>
        <w:tc>
          <w:tcPr>
            <w:tcW w:w="2160" w:type="dxa"/>
          </w:tcPr>
          <w:p w14:paraId="70447D30" w14:textId="77777777" w:rsidR="00E8326F" w:rsidRDefault="00E8326F"/>
        </w:tc>
        <w:tc>
          <w:tcPr>
            <w:tcW w:w="2160" w:type="dxa"/>
          </w:tcPr>
          <w:p w14:paraId="0E8397CC" w14:textId="77777777" w:rsidR="00E8326F" w:rsidRDefault="00E8326F"/>
        </w:tc>
      </w:tr>
      <w:tr w:rsidR="00E8326F" w14:paraId="0ED81F60" w14:textId="77777777">
        <w:tc>
          <w:tcPr>
            <w:tcW w:w="2160" w:type="dxa"/>
          </w:tcPr>
          <w:p w14:paraId="1A3F33AB" w14:textId="77777777" w:rsidR="00E8326F" w:rsidRDefault="00E8326F"/>
        </w:tc>
        <w:tc>
          <w:tcPr>
            <w:tcW w:w="2160" w:type="dxa"/>
          </w:tcPr>
          <w:p w14:paraId="05ADE2FE" w14:textId="77777777" w:rsidR="00E8326F" w:rsidRDefault="00E8326F"/>
        </w:tc>
        <w:tc>
          <w:tcPr>
            <w:tcW w:w="2160" w:type="dxa"/>
          </w:tcPr>
          <w:p w14:paraId="7AE9E2C4" w14:textId="77777777" w:rsidR="00E8326F" w:rsidRDefault="00E8326F"/>
        </w:tc>
        <w:tc>
          <w:tcPr>
            <w:tcW w:w="2160" w:type="dxa"/>
          </w:tcPr>
          <w:p w14:paraId="79AD77C1" w14:textId="77777777" w:rsidR="00E8326F" w:rsidRDefault="00E8326F"/>
        </w:tc>
      </w:tr>
      <w:tr w:rsidR="00E8326F" w14:paraId="2EAEFA48" w14:textId="77777777">
        <w:tc>
          <w:tcPr>
            <w:tcW w:w="2160" w:type="dxa"/>
          </w:tcPr>
          <w:p w14:paraId="14386DE2" w14:textId="77777777" w:rsidR="00E8326F" w:rsidRDefault="00E8326F"/>
        </w:tc>
        <w:tc>
          <w:tcPr>
            <w:tcW w:w="2160" w:type="dxa"/>
          </w:tcPr>
          <w:p w14:paraId="53DC3FEE" w14:textId="77777777" w:rsidR="00E8326F" w:rsidRDefault="00E8326F"/>
        </w:tc>
        <w:tc>
          <w:tcPr>
            <w:tcW w:w="2160" w:type="dxa"/>
          </w:tcPr>
          <w:p w14:paraId="438D7C94" w14:textId="77777777" w:rsidR="00E8326F" w:rsidRDefault="00E8326F"/>
        </w:tc>
        <w:tc>
          <w:tcPr>
            <w:tcW w:w="2160" w:type="dxa"/>
          </w:tcPr>
          <w:p w14:paraId="25F121EB" w14:textId="77777777" w:rsidR="00E8326F" w:rsidRDefault="00E8326F"/>
        </w:tc>
      </w:tr>
    </w:tbl>
    <w:p w14:paraId="09C461B1" w14:textId="77777777" w:rsidR="00E8326F" w:rsidRDefault="00000000">
      <w:pPr>
        <w:pStyle w:val="Heading1"/>
      </w:pPr>
      <w:r>
        <w:t>12. Declaration</w:t>
      </w:r>
    </w:p>
    <w:p w14:paraId="4DE48C5B" w14:textId="77777777" w:rsidR="00E8326F" w:rsidRDefault="00000000">
      <w:r>
        <w:t>I certify that the information provided is accurate and that the proposed work is original.</w:t>
      </w:r>
    </w:p>
    <w:p w14:paraId="53E95CB8" w14:textId="77777777" w:rsidR="00E8326F" w:rsidRDefault="00000000">
      <w:r>
        <w:rPr>
          <w:b/>
        </w:rPr>
        <w:t xml:space="preserve">Lead Editor Signature: </w:t>
      </w:r>
      <w:r>
        <w:t>________________________________________________________________________________</w:t>
      </w:r>
    </w:p>
    <w:p w14:paraId="3A96DAA2" w14:textId="77777777" w:rsidR="00E8326F" w:rsidRDefault="00000000">
      <w:r>
        <w:rPr>
          <w:b/>
        </w:rPr>
        <w:t xml:space="preserve">Date: </w:t>
      </w:r>
      <w:r>
        <w:t>________________________________________________________________________________</w:t>
      </w:r>
    </w:p>
    <w:p w14:paraId="484E3FE2" w14:textId="77777777" w:rsidR="00E8326F" w:rsidRDefault="00000000">
      <w:pPr>
        <w:pStyle w:val="Heading1"/>
      </w:pPr>
      <w:r>
        <w:t>13. For Publisher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E8326F" w14:paraId="285F7E2A" w14:textId="77777777">
        <w:tc>
          <w:tcPr>
            <w:tcW w:w="4320" w:type="dxa"/>
          </w:tcPr>
          <w:p w14:paraId="7CF5A26E" w14:textId="77777777" w:rsidR="00E8326F" w:rsidRDefault="00000000">
            <w:r>
              <w:t>Item</w:t>
            </w:r>
          </w:p>
        </w:tc>
        <w:tc>
          <w:tcPr>
            <w:tcW w:w="4320" w:type="dxa"/>
          </w:tcPr>
          <w:p w14:paraId="76655449" w14:textId="77777777" w:rsidR="00E8326F" w:rsidRDefault="00000000">
            <w:r>
              <w:t>Remarks</w:t>
            </w:r>
          </w:p>
        </w:tc>
      </w:tr>
      <w:tr w:rsidR="00E8326F" w14:paraId="218BEEA8" w14:textId="77777777">
        <w:tc>
          <w:tcPr>
            <w:tcW w:w="4320" w:type="dxa"/>
          </w:tcPr>
          <w:p w14:paraId="7277DEA8" w14:textId="77777777" w:rsidR="00E8326F" w:rsidRDefault="00E8326F"/>
        </w:tc>
        <w:tc>
          <w:tcPr>
            <w:tcW w:w="4320" w:type="dxa"/>
          </w:tcPr>
          <w:p w14:paraId="7BA5C538" w14:textId="77777777" w:rsidR="00E8326F" w:rsidRDefault="00E8326F"/>
        </w:tc>
      </w:tr>
      <w:tr w:rsidR="00E8326F" w14:paraId="06FBFE93" w14:textId="77777777">
        <w:tc>
          <w:tcPr>
            <w:tcW w:w="4320" w:type="dxa"/>
          </w:tcPr>
          <w:p w14:paraId="104F5982" w14:textId="77777777" w:rsidR="00E8326F" w:rsidRDefault="00E8326F"/>
        </w:tc>
        <w:tc>
          <w:tcPr>
            <w:tcW w:w="4320" w:type="dxa"/>
          </w:tcPr>
          <w:p w14:paraId="4F2985BA" w14:textId="77777777" w:rsidR="00E8326F" w:rsidRDefault="00E8326F"/>
        </w:tc>
      </w:tr>
      <w:tr w:rsidR="00E8326F" w14:paraId="58ACF79D" w14:textId="77777777">
        <w:tc>
          <w:tcPr>
            <w:tcW w:w="4320" w:type="dxa"/>
          </w:tcPr>
          <w:p w14:paraId="0C620441" w14:textId="77777777" w:rsidR="00E8326F" w:rsidRDefault="00E8326F"/>
        </w:tc>
        <w:tc>
          <w:tcPr>
            <w:tcW w:w="4320" w:type="dxa"/>
          </w:tcPr>
          <w:p w14:paraId="2749E398" w14:textId="77777777" w:rsidR="00E8326F" w:rsidRDefault="00E8326F"/>
        </w:tc>
      </w:tr>
      <w:tr w:rsidR="00E8326F" w14:paraId="40A3C418" w14:textId="77777777">
        <w:tc>
          <w:tcPr>
            <w:tcW w:w="4320" w:type="dxa"/>
          </w:tcPr>
          <w:p w14:paraId="7EA4211E" w14:textId="77777777" w:rsidR="00E8326F" w:rsidRDefault="00E8326F"/>
        </w:tc>
        <w:tc>
          <w:tcPr>
            <w:tcW w:w="4320" w:type="dxa"/>
          </w:tcPr>
          <w:p w14:paraId="799768FE" w14:textId="77777777" w:rsidR="00E8326F" w:rsidRDefault="00E8326F"/>
        </w:tc>
      </w:tr>
      <w:tr w:rsidR="00E8326F" w14:paraId="2C3EF8B9" w14:textId="77777777">
        <w:tc>
          <w:tcPr>
            <w:tcW w:w="4320" w:type="dxa"/>
          </w:tcPr>
          <w:p w14:paraId="65A6B53E" w14:textId="77777777" w:rsidR="00E8326F" w:rsidRDefault="00E8326F"/>
        </w:tc>
        <w:tc>
          <w:tcPr>
            <w:tcW w:w="4320" w:type="dxa"/>
          </w:tcPr>
          <w:p w14:paraId="4783F446" w14:textId="77777777" w:rsidR="00E8326F" w:rsidRDefault="00E8326F"/>
        </w:tc>
      </w:tr>
      <w:tr w:rsidR="00E8326F" w14:paraId="4D72650E" w14:textId="77777777">
        <w:tc>
          <w:tcPr>
            <w:tcW w:w="4320" w:type="dxa"/>
          </w:tcPr>
          <w:p w14:paraId="06D89C24" w14:textId="77777777" w:rsidR="00E8326F" w:rsidRDefault="00E8326F"/>
        </w:tc>
        <w:tc>
          <w:tcPr>
            <w:tcW w:w="4320" w:type="dxa"/>
          </w:tcPr>
          <w:p w14:paraId="3EEAB6C4" w14:textId="77777777" w:rsidR="00E8326F" w:rsidRDefault="00E8326F"/>
        </w:tc>
      </w:tr>
    </w:tbl>
    <w:p w14:paraId="389B9A7C" w14:textId="77777777" w:rsidR="00F07079" w:rsidRDefault="00F07079"/>
    <w:sectPr w:rsidR="00F0707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0303975">
    <w:abstractNumId w:val="8"/>
  </w:num>
  <w:num w:numId="2" w16cid:durableId="933051549">
    <w:abstractNumId w:val="6"/>
  </w:num>
  <w:num w:numId="3" w16cid:durableId="1111582383">
    <w:abstractNumId w:val="5"/>
  </w:num>
  <w:num w:numId="4" w16cid:durableId="1018237874">
    <w:abstractNumId w:val="4"/>
  </w:num>
  <w:num w:numId="5" w16cid:durableId="1378551735">
    <w:abstractNumId w:val="7"/>
  </w:num>
  <w:num w:numId="6" w16cid:durableId="1078478218">
    <w:abstractNumId w:val="3"/>
  </w:num>
  <w:num w:numId="7" w16cid:durableId="1458596450">
    <w:abstractNumId w:val="2"/>
  </w:num>
  <w:num w:numId="8" w16cid:durableId="961957462">
    <w:abstractNumId w:val="1"/>
  </w:num>
  <w:num w:numId="9" w16cid:durableId="213452227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018FE"/>
    <w:rsid w:val="00AA1D8D"/>
    <w:rsid w:val="00B47730"/>
    <w:rsid w:val="00CB0664"/>
    <w:rsid w:val="00DA0A68"/>
    <w:rsid w:val="00E8326F"/>
    <w:rsid w:val="00F0707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2106EE"/>
  <w14:defaultImageDpi w14:val="300"/>
  <w15:docId w15:val="{8F68D168-1793-2146-BF33-A5DF6BCAD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E8623</cp:lastModifiedBy>
  <cp:revision>2</cp:revision>
  <dcterms:created xsi:type="dcterms:W3CDTF">2013-12-23T23:15:00Z</dcterms:created>
  <dcterms:modified xsi:type="dcterms:W3CDTF">2026-07-28T08:34:00Z</dcterms:modified>
  <cp:category/>
</cp:coreProperties>
</file>