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103120" cy="58446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(17)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5844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color w:val="0A486E"/>
          <w:sz w:val="48"/>
        </w:rPr>
        <w:t>SYNERGY WORLD PRESS</w:t>
        <w:br/>
      </w:r>
      <w:r>
        <w:rPr>
          <w:b/>
          <w:sz w:val="40"/>
        </w:rPr>
        <w:t>Authored Book Proposal Form</w:t>
        <w:br/>
      </w:r>
      <w:r>
        <w:rPr>
          <w:i/>
          <w:sz w:val="24"/>
        </w:rPr>
        <w:t>Official Publisher Proposal Form</w:t>
      </w:r>
    </w:p>
    <w:p>
      <w:r>
        <w:br w:type="page"/>
      </w:r>
    </w:p>
    <w:p>
      <w:pPr>
        <w:pStyle w:val="Heading1"/>
      </w:pPr>
      <w:r>
        <w:t>1. Author Information</w:t>
      </w:r>
    </w:p>
    <w:p>
      <w:r>
        <w:rPr>
          <w:b/>
        </w:rPr>
        <w:t xml:space="preserve">Book Title: </w:t>
      </w:r>
      <w:r>
        <w:t>________________________________________________________________________________</w:t>
      </w:r>
    </w:p>
    <w:p>
      <w:r>
        <w:rPr>
          <w:b/>
        </w:rPr>
        <w:t xml:space="preserve">Subtitle: </w:t>
      </w:r>
      <w:r>
        <w:t>________________________________________________________________________________</w:t>
      </w:r>
    </w:p>
    <w:p>
      <w:r>
        <w:rPr>
          <w:b/>
        </w:rPr>
        <w:t xml:space="preserve">Author Name: </w:t>
      </w:r>
      <w:r>
        <w:t>________________________________________________________________________________</w:t>
      </w:r>
    </w:p>
    <w:p>
      <w:r>
        <w:rPr>
          <w:b/>
        </w:rPr>
        <w:t xml:space="preserve">Designation: </w:t>
      </w:r>
      <w:r>
        <w:t>________________________________________________________________________________</w:t>
      </w:r>
    </w:p>
    <w:p>
      <w:r>
        <w:rPr>
          <w:b/>
        </w:rPr>
        <w:t xml:space="preserve">Institution: </w:t>
      </w:r>
      <w:r>
        <w:t>________________________________________________________________________________</w:t>
      </w:r>
    </w:p>
    <w:p>
      <w:r>
        <w:rPr>
          <w:b/>
        </w:rPr>
        <w:t xml:space="preserve">Email: </w:t>
      </w:r>
      <w:r>
        <w:t>________________________________________________________________________________</w:t>
      </w:r>
    </w:p>
    <w:p>
      <w:r>
        <w:rPr>
          <w:b/>
        </w:rPr>
        <w:t xml:space="preserve">ORCID: </w:t>
      </w:r>
      <w:r>
        <w:t>________________________________________________________________________________</w:t>
      </w:r>
    </w:p>
    <w:p>
      <w:r>
        <w:rPr>
          <w:b/>
        </w:rPr>
        <w:t xml:space="preserve">Scopus Author ID: </w:t>
      </w:r>
      <w:r>
        <w:t>________________________________________________________________________________</w:t>
      </w:r>
    </w:p>
    <w:p>
      <w:r>
        <w:rPr>
          <w:b/>
        </w:rPr>
        <w:t xml:space="preserve">Google Scholar Profile: </w:t>
      </w:r>
      <w:r>
        <w:t>________________________________________________________________________________</w:t>
      </w:r>
    </w:p>
    <w:p>
      <w:pPr>
        <w:pStyle w:val="Heading1"/>
      </w:pPr>
      <w:r>
        <w:t>2. Book Synopsis</w:t>
      </w:r>
    </w:p>
    <w:p>
      <w:r>
        <w:t>Provide a 500–1000 word synopsis including objectives, scope, novelty, and intended readership.</w:t>
      </w:r>
    </w:p>
    <w:p>
      <w:r>
        <w:br/>
        <w:br/>
        <w:br/>
        <w:br/>
        <w:br/>
        <w:br/>
        <w:br/>
        <w:br/>
      </w:r>
    </w:p>
    <w:p>
      <w:pPr>
        <w:pStyle w:val="Heading1"/>
      </w:pPr>
      <w:r>
        <w:t>3. Learning Outcomes</w:t>
      </w:r>
    </w:p>
    <w:p>
      <w:r>
        <w:t>List the key learning outcomes or competencies readers will gain.</w:t>
      </w:r>
    </w:p>
    <w:p>
      <w:r>
        <w:br/>
        <w:br/>
        <w:br/>
        <w:br/>
        <w:br/>
        <w:br/>
      </w:r>
    </w:p>
    <w:p>
      <w:pPr>
        <w:pStyle w:val="Heading1"/>
      </w:pPr>
      <w:r>
        <w:t>4. Target Audience</w:t>
      </w:r>
    </w:p>
    <w:p>
      <w:r>
        <w:t>☐ Researchers</w:t>
      </w:r>
    </w:p>
    <w:p>
      <w:r>
        <w:t>☐ Faculty</w:t>
      </w:r>
    </w:p>
    <w:p>
      <w:r>
        <w:t>☐ Students</w:t>
      </w:r>
    </w:p>
    <w:p>
      <w:r>
        <w:t>☐ Industry Professionals</w:t>
      </w:r>
    </w:p>
    <w:p>
      <w:r>
        <w:t>☐ Libraries</w:t>
      </w:r>
    </w:p>
    <w:p>
      <w:pPr>
        <w:pStyle w:val="Heading1"/>
      </w:pPr>
      <w:r>
        <w:t>5. Chapter-by-Chapter Outline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Chapter</w:t>
            </w:r>
          </w:p>
        </w:tc>
        <w:tc>
          <w:tcPr>
            <w:tcW w:type="dxa" w:w="2880"/>
          </w:tcPr>
          <w:p>
            <w:r>
              <w:t>Title</w:t>
            </w:r>
          </w:p>
        </w:tc>
        <w:tc>
          <w:tcPr>
            <w:tcW w:type="dxa" w:w="2880"/>
          </w:tcPr>
          <w:p>
            <w:r>
              <w:t>Summary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1"/>
      </w:pPr>
      <w:r>
        <w:t>6. Pedagogical Features</w:t>
      </w:r>
    </w:p>
    <w:p>
      <w:r>
        <w:t>☐ Case studies</w:t>
      </w:r>
    </w:p>
    <w:p>
      <w:r>
        <w:t>☐ Algorithms</w:t>
      </w:r>
    </w:p>
    <w:p>
      <w:r>
        <w:t>☐ Exercises</w:t>
      </w:r>
    </w:p>
    <w:p>
      <w:r>
        <w:t>☐ Code examples</w:t>
      </w:r>
    </w:p>
    <w:p>
      <w:r>
        <w:t>☐ Datasets</w:t>
      </w:r>
    </w:p>
    <w:p>
      <w:r>
        <w:t>☐ Figures</w:t>
      </w:r>
    </w:p>
    <w:p>
      <w:r>
        <w:t>☐ Tables</w:t>
      </w:r>
    </w:p>
    <w:p>
      <w:pPr>
        <w:pStyle w:val="Heading1"/>
      </w:pPr>
      <w:r>
        <w:t>7. Competing Books Analysis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Title</w:t>
            </w:r>
          </w:p>
        </w:tc>
        <w:tc>
          <w:tcPr>
            <w:tcW w:type="dxa" w:w="2160"/>
          </w:tcPr>
          <w:p>
            <w:r>
              <w:t>Publisher</w:t>
            </w:r>
          </w:p>
        </w:tc>
        <w:tc>
          <w:tcPr>
            <w:tcW w:type="dxa" w:w="2160"/>
          </w:tcPr>
          <w:p>
            <w:r>
              <w:t>Year</w:t>
            </w:r>
          </w:p>
        </w:tc>
        <w:tc>
          <w:tcPr>
            <w:tcW w:type="dxa" w:w="2160"/>
          </w:tcPr>
          <w:p>
            <w:r>
              <w:t>Difference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pPr>
        <w:pStyle w:val="Heading1"/>
      </w:pPr>
      <w:r>
        <w:t>8. Manuscript Schedule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Task</w:t>
            </w:r>
          </w:p>
        </w:tc>
        <w:tc>
          <w:tcPr>
            <w:tcW w:type="dxa" w:w="4320"/>
          </w:tcPr>
          <w:p>
            <w:r>
              <w:t>Expected Date</w:t>
            </w:r>
          </w:p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</w:tbl>
    <w:p>
      <w:pPr>
        <w:pStyle w:val="Heading1"/>
      </w:pPr>
      <w:r>
        <w:t>9. AI and Ethics Declaration</w:t>
      </w:r>
    </w:p>
    <w:p>
      <w:r>
        <w:t>☐ AI-assisted content has been disclosed</w:t>
      </w:r>
    </w:p>
    <w:p>
      <w:r>
        <w:t>☐ All sources are properly cited</w:t>
      </w:r>
    </w:p>
    <w:p>
      <w:r>
        <w:t>☐ Permissions for third-party material have been obtained</w:t>
      </w:r>
    </w:p>
    <w:p>
      <w:r>
        <w:t>☐ The manuscript is original</w:t>
      </w:r>
    </w:p>
    <w:p>
      <w:pPr>
        <w:pStyle w:val="Heading1"/>
      </w:pPr>
      <w:r>
        <w:t>10. Marketing Information</w:t>
      </w:r>
    </w:p>
    <w:p>
      <w:r>
        <w:t>Describe potential courses, conferences, professional networks, and promotional activities.</w:t>
      </w:r>
    </w:p>
    <w:p>
      <w:r>
        <w:br/>
        <w:br/>
        <w:br/>
        <w:br/>
        <w:br/>
        <w:br/>
      </w:r>
    </w:p>
    <w:p>
      <w:pPr>
        <w:pStyle w:val="Heading1"/>
      </w:pPr>
      <w:r>
        <w:t>11. Declaration</w:t>
      </w:r>
    </w:p>
    <w:p>
      <w:r>
        <w:rPr>
          <w:b/>
        </w:rPr>
        <w:t xml:space="preserve">Author Signature: </w:t>
      </w:r>
      <w:r>
        <w:t>________________________________________________________________________________</w:t>
      </w:r>
    </w:p>
    <w:p>
      <w:r>
        <w:rPr>
          <w:b/>
        </w:rPr>
        <w:t xml:space="preserve">Date: </w:t>
      </w:r>
      <w:r>
        <w:t>________________________________________________________________________________</w:t>
      </w:r>
    </w:p>
    <w:p>
      <w:pPr>
        <w:pStyle w:val="Heading1"/>
      </w:pPr>
      <w:r>
        <w:t>12. For Publisher Use Only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Item</w:t>
            </w:r>
          </w:p>
        </w:tc>
        <w:tc>
          <w:tcPr>
            <w:tcW w:type="dxa" w:w="4320"/>
          </w:tcPr>
          <w:p>
            <w:r>
              <w:t>Remarks</w:t>
            </w:r>
          </w:p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